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EDFF36" w14:textId="77777777" w:rsidR="007473E1" w:rsidRDefault="00000000">
      <w:pPr>
        <w:pStyle w:val="Heading1"/>
      </w:pPr>
      <w:r>
        <w:t>Business Plan Template &amp; Example</w:t>
      </w:r>
    </w:p>
    <w:p w14:paraId="1764B32E" w14:textId="77777777" w:rsidR="007473E1" w:rsidRDefault="00000000">
      <w:r>
        <w:rPr>
          <w:b/>
        </w:rPr>
        <w:t>Part 1: Business Plan Template</w:t>
      </w:r>
      <w:r>
        <w:rPr>
          <w:b/>
        </w:rPr>
        <w:br/>
      </w:r>
    </w:p>
    <w:p w14:paraId="0D3AA93B" w14:textId="77777777" w:rsidR="007473E1" w:rsidRDefault="00000000">
      <w:pPr>
        <w:pStyle w:val="Heading2"/>
      </w:pPr>
      <w:r>
        <w:t>1. Cover Page</w:t>
      </w:r>
    </w:p>
    <w:p w14:paraId="1E7AF4C8" w14:textId="77777777" w:rsidR="007473E1" w:rsidRDefault="00000000">
      <w:pPr>
        <w:pStyle w:val="ListBullet"/>
      </w:pPr>
      <w:r>
        <w:t>Business Name</w:t>
      </w:r>
    </w:p>
    <w:p w14:paraId="6E0D66E8" w14:textId="77777777" w:rsidR="007473E1" w:rsidRDefault="00000000">
      <w:pPr>
        <w:pStyle w:val="ListBullet"/>
      </w:pPr>
      <w:r>
        <w:t>Logo</w:t>
      </w:r>
    </w:p>
    <w:p w14:paraId="1331D2B6" w14:textId="77777777" w:rsidR="007473E1" w:rsidRDefault="00000000">
      <w:pPr>
        <w:pStyle w:val="ListBullet"/>
      </w:pPr>
      <w:r>
        <w:t>Owner(s)</w:t>
      </w:r>
    </w:p>
    <w:p w14:paraId="796D5054" w14:textId="77777777" w:rsidR="007473E1" w:rsidRDefault="00000000">
      <w:pPr>
        <w:pStyle w:val="ListBullet"/>
      </w:pPr>
      <w:r>
        <w:t>Date</w:t>
      </w:r>
    </w:p>
    <w:p w14:paraId="71AF99E7" w14:textId="77777777" w:rsidR="007473E1" w:rsidRDefault="00000000">
      <w:pPr>
        <w:pStyle w:val="Heading2"/>
      </w:pPr>
      <w:r>
        <w:t>2. Company Overview</w:t>
      </w:r>
    </w:p>
    <w:p w14:paraId="78B028A1" w14:textId="77777777" w:rsidR="007473E1" w:rsidRDefault="00000000">
      <w:pPr>
        <w:pStyle w:val="ListBullet"/>
      </w:pPr>
      <w:r>
        <w:t>Business Description</w:t>
      </w:r>
    </w:p>
    <w:p w14:paraId="1913901E" w14:textId="77777777" w:rsidR="007473E1" w:rsidRDefault="00000000">
      <w:pPr>
        <w:pStyle w:val="ListBullet"/>
      </w:pPr>
      <w:r>
        <w:t>Mission Statement</w:t>
      </w:r>
    </w:p>
    <w:p w14:paraId="1E8C8A78" w14:textId="77777777" w:rsidR="007473E1" w:rsidRDefault="00000000">
      <w:pPr>
        <w:pStyle w:val="ListBullet"/>
      </w:pPr>
      <w:r>
        <w:t>Vision Statement</w:t>
      </w:r>
    </w:p>
    <w:p w14:paraId="10A8E095" w14:textId="77777777" w:rsidR="007473E1" w:rsidRDefault="00000000">
      <w:pPr>
        <w:pStyle w:val="ListBullet"/>
      </w:pPr>
      <w:r>
        <w:t>Core Values</w:t>
      </w:r>
    </w:p>
    <w:p w14:paraId="39BC7671" w14:textId="77777777" w:rsidR="007473E1" w:rsidRDefault="00000000">
      <w:pPr>
        <w:pStyle w:val="Heading2"/>
      </w:pPr>
      <w:r>
        <w:t>3. Products &amp; Services</w:t>
      </w:r>
    </w:p>
    <w:p w14:paraId="0E189D61" w14:textId="77777777" w:rsidR="007473E1" w:rsidRDefault="00000000">
      <w:pPr>
        <w:pStyle w:val="ListBullet"/>
      </w:pPr>
      <w:r>
        <w:t>What do you offer?</w:t>
      </w:r>
    </w:p>
    <w:p w14:paraId="615A3AEC" w14:textId="77777777" w:rsidR="007473E1" w:rsidRDefault="00000000">
      <w:pPr>
        <w:pStyle w:val="ListBullet"/>
      </w:pPr>
      <w:r>
        <w:t>What problem do you solve?</w:t>
      </w:r>
    </w:p>
    <w:p w14:paraId="5D9361C6" w14:textId="77777777" w:rsidR="007473E1" w:rsidRDefault="00000000">
      <w:pPr>
        <w:pStyle w:val="ListBullet"/>
      </w:pPr>
      <w:r>
        <w:t>Unique Value Proposition</w:t>
      </w:r>
    </w:p>
    <w:p w14:paraId="7A1AD44C" w14:textId="77777777" w:rsidR="007473E1" w:rsidRDefault="00000000">
      <w:pPr>
        <w:pStyle w:val="Heading2"/>
      </w:pPr>
      <w:r>
        <w:t>4. Market Analysis</w:t>
      </w:r>
    </w:p>
    <w:p w14:paraId="724F72F9" w14:textId="77777777" w:rsidR="007473E1" w:rsidRDefault="00000000">
      <w:pPr>
        <w:pStyle w:val="ListBullet"/>
      </w:pPr>
      <w:r>
        <w:t>Industry Overview</w:t>
      </w:r>
    </w:p>
    <w:p w14:paraId="6CFAB4F6" w14:textId="77777777" w:rsidR="007473E1" w:rsidRDefault="00000000">
      <w:pPr>
        <w:pStyle w:val="ListBullet"/>
      </w:pPr>
      <w:r>
        <w:t>Target Audience</w:t>
      </w:r>
    </w:p>
    <w:p w14:paraId="68FD40F8" w14:textId="77777777" w:rsidR="007473E1" w:rsidRDefault="00000000">
      <w:pPr>
        <w:pStyle w:val="ListBullet"/>
      </w:pPr>
      <w:r>
        <w:t>Competitor Analysis</w:t>
      </w:r>
    </w:p>
    <w:p w14:paraId="56B250D2" w14:textId="77777777" w:rsidR="007473E1" w:rsidRDefault="00000000">
      <w:pPr>
        <w:pStyle w:val="Heading2"/>
      </w:pPr>
      <w:r>
        <w:t>5. Marketing Strategy</w:t>
      </w:r>
    </w:p>
    <w:p w14:paraId="11D36341" w14:textId="77777777" w:rsidR="007473E1" w:rsidRDefault="00000000">
      <w:pPr>
        <w:pStyle w:val="ListBullet"/>
      </w:pPr>
      <w:r>
        <w:t>Branding</w:t>
      </w:r>
    </w:p>
    <w:p w14:paraId="75937BB8" w14:textId="77777777" w:rsidR="007473E1" w:rsidRDefault="00000000">
      <w:pPr>
        <w:pStyle w:val="ListBullet"/>
      </w:pPr>
      <w:r>
        <w:t>Pricing</w:t>
      </w:r>
    </w:p>
    <w:p w14:paraId="35FE2A25" w14:textId="77777777" w:rsidR="007473E1" w:rsidRDefault="00000000">
      <w:pPr>
        <w:pStyle w:val="ListBullet"/>
      </w:pPr>
      <w:r>
        <w:t>Promotion</w:t>
      </w:r>
    </w:p>
    <w:p w14:paraId="72A3A149" w14:textId="77777777" w:rsidR="007473E1" w:rsidRDefault="00000000">
      <w:pPr>
        <w:pStyle w:val="ListBullet"/>
      </w:pPr>
      <w:r>
        <w:t>Distribution Channels</w:t>
      </w:r>
    </w:p>
    <w:p w14:paraId="0A6F512E" w14:textId="77777777" w:rsidR="007473E1" w:rsidRDefault="00000000">
      <w:pPr>
        <w:pStyle w:val="Heading2"/>
      </w:pPr>
      <w:r>
        <w:t>6. Operations Plan</w:t>
      </w:r>
    </w:p>
    <w:p w14:paraId="6B89F526" w14:textId="77777777" w:rsidR="007473E1" w:rsidRDefault="00000000">
      <w:pPr>
        <w:pStyle w:val="ListBullet"/>
      </w:pPr>
      <w:r>
        <w:t>Location</w:t>
      </w:r>
    </w:p>
    <w:p w14:paraId="268EAFC9" w14:textId="77777777" w:rsidR="007473E1" w:rsidRDefault="00000000">
      <w:pPr>
        <w:pStyle w:val="ListBullet"/>
      </w:pPr>
      <w:r>
        <w:t>Equipment</w:t>
      </w:r>
    </w:p>
    <w:p w14:paraId="4AFA8AF6" w14:textId="77777777" w:rsidR="007473E1" w:rsidRDefault="00000000">
      <w:pPr>
        <w:pStyle w:val="ListBullet"/>
      </w:pPr>
      <w:r>
        <w:t>Suppliers</w:t>
      </w:r>
    </w:p>
    <w:p w14:paraId="08B1CA26" w14:textId="77777777" w:rsidR="007473E1" w:rsidRDefault="00000000">
      <w:pPr>
        <w:pStyle w:val="ListBullet"/>
      </w:pPr>
      <w:r>
        <w:t>Daily Operations</w:t>
      </w:r>
    </w:p>
    <w:p w14:paraId="27A4D1EC" w14:textId="77777777" w:rsidR="007473E1" w:rsidRDefault="00000000">
      <w:pPr>
        <w:pStyle w:val="Heading2"/>
      </w:pPr>
      <w:r>
        <w:t>7. Management Team</w:t>
      </w:r>
    </w:p>
    <w:p w14:paraId="79161476" w14:textId="77777777" w:rsidR="007473E1" w:rsidRDefault="00000000">
      <w:pPr>
        <w:pStyle w:val="ListBullet"/>
      </w:pPr>
      <w:r>
        <w:t>Key Personnel</w:t>
      </w:r>
    </w:p>
    <w:p w14:paraId="5F1BE8E1" w14:textId="77777777" w:rsidR="007473E1" w:rsidRDefault="00000000">
      <w:pPr>
        <w:pStyle w:val="ListBullet"/>
      </w:pPr>
      <w:r>
        <w:t>Roles &amp; Responsibilities</w:t>
      </w:r>
    </w:p>
    <w:p w14:paraId="4CC1DCE0" w14:textId="77777777" w:rsidR="007473E1" w:rsidRDefault="00000000">
      <w:pPr>
        <w:pStyle w:val="Heading2"/>
      </w:pPr>
      <w:r>
        <w:lastRenderedPageBreak/>
        <w:t>8. Financial Overview</w:t>
      </w:r>
    </w:p>
    <w:p w14:paraId="44434EBF" w14:textId="77777777" w:rsidR="007473E1" w:rsidRDefault="00000000">
      <w:pPr>
        <w:pStyle w:val="ListBullet"/>
      </w:pPr>
      <w:r>
        <w:t>Startup Costs</w:t>
      </w:r>
    </w:p>
    <w:p w14:paraId="6530D944" w14:textId="77777777" w:rsidR="007473E1" w:rsidRDefault="00000000">
      <w:pPr>
        <w:pStyle w:val="ListBullet"/>
      </w:pPr>
      <w:r>
        <w:t>Revenue Projections</w:t>
      </w:r>
    </w:p>
    <w:p w14:paraId="1E0BE46A" w14:textId="77777777" w:rsidR="007473E1" w:rsidRDefault="00000000">
      <w:pPr>
        <w:pStyle w:val="ListBullet"/>
      </w:pPr>
      <w:r>
        <w:t>Break-Even Analysis</w:t>
      </w:r>
    </w:p>
    <w:p w14:paraId="494680C3" w14:textId="77777777" w:rsidR="007473E1" w:rsidRDefault="00000000">
      <w:pPr>
        <w:pStyle w:val="Heading2"/>
      </w:pPr>
      <w:r>
        <w:t>9. Goals &amp; Milestones</w:t>
      </w:r>
    </w:p>
    <w:p w14:paraId="30C692E8" w14:textId="77777777" w:rsidR="007473E1" w:rsidRDefault="00000000">
      <w:pPr>
        <w:pStyle w:val="ListBullet"/>
      </w:pPr>
      <w:r>
        <w:t>30-Day Goals</w:t>
      </w:r>
    </w:p>
    <w:p w14:paraId="4CFE8E7F" w14:textId="77777777" w:rsidR="007473E1" w:rsidRDefault="00000000">
      <w:pPr>
        <w:pStyle w:val="ListBullet"/>
      </w:pPr>
      <w:r>
        <w:t>90-Day Goals</w:t>
      </w:r>
    </w:p>
    <w:p w14:paraId="5CAD6B29" w14:textId="77777777" w:rsidR="007473E1" w:rsidRDefault="00000000">
      <w:pPr>
        <w:pStyle w:val="ListBullet"/>
      </w:pPr>
      <w:r>
        <w:t>1-Year Goals</w:t>
      </w:r>
    </w:p>
    <w:p w14:paraId="03F4F99C" w14:textId="77777777" w:rsidR="007473E1" w:rsidRDefault="00000000">
      <w:r>
        <w:br w:type="page"/>
      </w:r>
    </w:p>
    <w:p w14:paraId="681896DB" w14:textId="77777777" w:rsidR="007473E1" w:rsidRDefault="00000000">
      <w:pPr>
        <w:pStyle w:val="Heading1"/>
      </w:pPr>
      <w:r>
        <w:lastRenderedPageBreak/>
        <w:t>Part 2: Business Plan Example – GreenLeaf Lawn Care Services</w:t>
      </w:r>
    </w:p>
    <w:p w14:paraId="126050D0" w14:textId="77777777" w:rsidR="007473E1" w:rsidRDefault="00000000">
      <w:pPr>
        <w:pStyle w:val="Heading2"/>
      </w:pPr>
      <w:r>
        <w:t>Executive Summary</w:t>
      </w:r>
    </w:p>
    <w:p w14:paraId="1408FBB4" w14:textId="77777777" w:rsidR="007473E1" w:rsidRDefault="00000000">
      <w:r>
        <w:t>GreenLeaf Lawn Care Services provides residential and small commercial lawn maintenance, landscaping, and seasonal property care services. The company serves homeowners and businesses seeking reliable, affordable, and professional outdoor maintenance solutions. Our mission is to enhance the appearance and value of clients' properties through dependable service, quality workmanship, and exceptional customer care.</w:t>
      </w:r>
    </w:p>
    <w:p w14:paraId="37ACEE73" w14:textId="77777777" w:rsidR="007473E1" w:rsidRDefault="00000000">
      <w:pPr>
        <w:pStyle w:val="Heading2"/>
      </w:pPr>
      <w:r>
        <w:t>Company Description</w:t>
      </w:r>
    </w:p>
    <w:p w14:paraId="00448540" w14:textId="77777777" w:rsidR="007473E1" w:rsidRDefault="00000000">
      <w:r>
        <w:t>Business Name: GreenLeaf Lawn Care Services</w:t>
      </w:r>
      <w:r>
        <w:br/>
        <w:t>Business Structure: LLC</w:t>
      </w:r>
      <w:r>
        <w:br/>
        <w:t>Industry: Landscaping and Property Maintenance</w:t>
      </w:r>
      <w:r>
        <w:br/>
        <w:t>Location: Lynchburg, Virginia</w:t>
      </w:r>
    </w:p>
    <w:p w14:paraId="5FB8A910" w14:textId="77777777" w:rsidR="007473E1" w:rsidRDefault="00000000">
      <w:pPr>
        <w:pStyle w:val="Heading2"/>
      </w:pPr>
      <w:r>
        <w:t>Products and Services</w:t>
      </w:r>
    </w:p>
    <w:p w14:paraId="4A3AA939" w14:textId="77777777" w:rsidR="007473E1" w:rsidRDefault="00000000">
      <w:r>
        <w:t>Lawn mowing, edging and trimming, mulching, seasonal cleanup, shrub and hedge maintenance, landscape design consultation, and commercial property maintenance.</w:t>
      </w:r>
    </w:p>
    <w:p w14:paraId="1A8EA40B" w14:textId="64F98C0F" w:rsidR="002A5CE6" w:rsidRPr="002A5CE6" w:rsidRDefault="002A5CE6">
      <w:pPr>
        <w:rPr>
          <w:i/>
          <w:iCs/>
        </w:rPr>
      </w:pPr>
      <w:r w:rsidRPr="002A5CE6">
        <w:rPr>
          <w:i/>
          <w:iCs/>
        </w:rPr>
        <w:t xml:space="preserve">Don’t forget to add your numbers! </w:t>
      </w:r>
    </w:p>
    <w:p w14:paraId="477AD2D6" w14:textId="77777777" w:rsidR="007473E1" w:rsidRDefault="00000000">
      <w:pPr>
        <w:pStyle w:val="Heading2"/>
      </w:pPr>
      <w:r>
        <w:t>Market Analysis</w:t>
      </w:r>
    </w:p>
    <w:p w14:paraId="4DF7417F" w14:textId="77777777" w:rsidR="007473E1" w:rsidRDefault="00000000">
      <w:r>
        <w:t>Target Market: Homeowners, property managers, small businesses, and HOAs. Competitive advantages include affordable pricing, flexible scheduling, personalized customer service, and reliable staff.</w:t>
      </w:r>
    </w:p>
    <w:p w14:paraId="5B3F1D15" w14:textId="31FB3B88" w:rsidR="002A5CE6" w:rsidRPr="002A5CE6" w:rsidRDefault="002A5CE6">
      <w:pPr>
        <w:rPr>
          <w:i/>
          <w:iCs/>
        </w:rPr>
      </w:pPr>
      <w:r w:rsidRPr="002A5CE6">
        <w:rPr>
          <w:i/>
          <w:iCs/>
        </w:rPr>
        <w:t xml:space="preserve">Don’t forget to add your numbers! </w:t>
      </w:r>
    </w:p>
    <w:p w14:paraId="2198723D" w14:textId="77777777" w:rsidR="007473E1" w:rsidRDefault="00000000">
      <w:pPr>
        <w:pStyle w:val="Heading2"/>
      </w:pPr>
      <w:r>
        <w:t>Marketing Plan</w:t>
      </w:r>
    </w:p>
    <w:p w14:paraId="7063647A" w14:textId="77777777" w:rsidR="007473E1" w:rsidRDefault="00000000">
      <w:r>
        <w:t>Professional website, Google Business Profile, social media marketing, referral incentives, community partnerships, and local advertising.</w:t>
      </w:r>
    </w:p>
    <w:p w14:paraId="207EFE4C" w14:textId="4F8F6E7B" w:rsidR="002A5CE6" w:rsidRPr="002A5CE6" w:rsidRDefault="002A5CE6">
      <w:pPr>
        <w:rPr>
          <w:i/>
          <w:iCs/>
        </w:rPr>
      </w:pPr>
      <w:r w:rsidRPr="002A5CE6">
        <w:rPr>
          <w:i/>
          <w:iCs/>
        </w:rPr>
        <w:t xml:space="preserve">Don’t forget to add your numbers! </w:t>
      </w:r>
    </w:p>
    <w:p w14:paraId="30127FC0" w14:textId="77777777" w:rsidR="007473E1" w:rsidRDefault="00000000">
      <w:pPr>
        <w:pStyle w:val="Heading2"/>
      </w:pPr>
      <w:r>
        <w:t>Operations Plan</w:t>
      </w:r>
    </w:p>
    <w:p w14:paraId="50BBC416" w14:textId="77777777" w:rsidR="007473E1" w:rsidRDefault="00000000">
      <w:r>
        <w:t>Operations run Monday–Saturday using commercial lawn equipment, trailers, and work vehicles. Services are scheduled through an online booking system.</w:t>
      </w:r>
    </w:p>
    <w:p w14:paraId="419F79A9" w14:textId="77777777" w:rsidR="002A5CE6" w:rsidRPr="002A5CE6" w:rsidRDefault="002A5CE6" w:rsidP="002A5CE6">
      <w:pPr>
        <w:rPr>
          <w:i/>
          <w:iCs/>
        </w:rPr>
      </w:pPr>
      <w:r w:rsidRPr="002A5CE6">
        <w:rPr>
          <w:i/>
          <w:iCs/>
        </w:rPr>
        <w:t xml:space="preserve">Don’t forget to add your numbers! </w:t>
      </w:r>
    </w:p>
    <w:p w14:paraId="076ED2F3" w14:textId="77777777" w:rsidR="002A5CE6" w:rsidRDefault="002A5CE6"/>
    <w:p w14:paraId="4E5E69F1" w14:textId="77777777" w:rsidR="007473E1" w:rsidRDefault="00000000">
      <w:pPr>
        <w:pStyle w:val="Heading2"/>
      </w:pPr>
      <w:r>
        <w:lastRenderedPageBreak/>
        <w:t>Management Team</w:t>
      </w:r>
    </w:p>
    <w:p w14:paraId="17131640" w14:textId="77777777" w:rsidR="007473E1" w:rsidRDefault="00000000">
      <w:r>
        <w:t>Owner/Manager oversees operations, marketing, customer service, and finances. Field technicians deliver services and maintain equipment.</w:t>
      </w:r>
    </w:p>
    <w:p w14:paraId="2D525C47" w14:textId="2C7A5631" w:rsidR="002A5CE6" w:rsidRPr="002A5CE6" w:rsidRDefault="002A5CE6">
      <w:pPr>
        <w:rPr>
          <w:i/>
          <w:iCs/>
        </w:rPr>
      </w:pPr>
      <w:r w:rsidRPr="002A5CE6">
        <w:rPr>
          <w:i/>
          <w:iCs/>
        </w:rPr>
        <w:t xml:space="preserve">Don’t forget to add your numbers! </w:t>
      </w:r>
    </w:p>
    <w:p w14:paraId="5249449B" w14:textId="77777777" w:rsidR="007473E1" w:rsidRDefault="00000000">
      <w:pPr>
        <w:pStyle w:val="Heading2"/>
      </w:pPr>
      <w:r>
        <w:t>Financial Plan</w:t>
      </w:r>
    </w:p>
    <w:p w14:paraId="5FD9C05A" w14:textId="77777777" w:rsidR="007473E1" w:rsidRDefault="00000000">
      <w:r>
        <w:t>Startup Costs: $25,000. Revenue Projections: Year 1 $75,000; Year 2 $110,000; Year 3 $150,000.</w:t>
      </w:r>
    </w:p>
    <w:p w14:paraId="4BC73552" w14:textId="3257CDCA" w:rsidR="002A5CE6" w:rsidRPr="002A5CE6" w:rsidRDefault="002A5CE6">
      <w:pPr>
        <w:rPr>
          <w:i/>
          <w:iCs/>
        </w:rPr>
      </w:pPr>
      <w:r w:rsidRPr="002A5CE6">
        <w:rPr>
          <w:i/>
          <w:iCs/>
        </w:rPr>
        <w:t>Don’t forget to add your</w:t>
      </w:r>
      <w:r>
        <w:rPr>
          <w:i/>
          <w:iCs/>
        </w:rPr>
        <w:t xml:space="preserve"> calculations!</w:t>
      </w:r>
    </w:p>
    <w:p w14:paraId="3FB538ED" w14:textId="77777777" w:rsidR="007473E1" w:rsidRDefault="00000000">
      <w:pPr>
        <w:pStyle w:val="Heading2"/>
      </w:pPr>
      <w:r>
        <w:t>Goals and Objectives</w:t>
      </w:r>
    </w:p>
    <w:p w14:paraId="2655BC15" w14:textId="77777777" w:rsidR="007473E1" w:rsidRDefault="00000000">
      <w:r>
        <w:t>Acquire 50 recurring customers, generate $75,000 in revenue, achieve 90% retention, expand service area, hire additional technicians, and add commercial landscaping services.</w:t>
      </w:r>
    </w:p>
    <w:p w14:paraId="12C1BD12" w14:textId="77777777" w:rsidR="002A5CE6" w:rsidRPr="002A5CE6" w:rsidRDefault="002A5CE6" w:rsidP="002A5CE6">
      <w:pPr>
        <w:rPr>
          <w:i/>
          <w:iCs/>
        </w:rPr>
      </w:pPr>
      <w:r w:rsidRPr="002A5CE6">
        <w:rPr>
          <w:i/>
          <w:iCs/>
        </w:rPr>
        <w:t xml:space="preserve">Don’t forget to add your numbers! </w:t>
      </w:r>
    </w:p>
    <w:p w14:paraId="556159E0" w14:textId="77777777" w:rsidR="002A5CE6" w:rsidRPr="002A5CE6" w:rsidRDefault="002A5CE6">
      <w:pPr>
        <w:rPr>
          <w:b/>
          <w:bCs/>
        </w:rPr>
      </w:pPr>
    </w:p>
    <w:sectPr w:rsidR="002A5CE6" w:rsidRPr="002A5CE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40256902">
    <w:abstractNumId w:val="8"/>
  </w:num>
  <w:num w:numId="2" w16cid:durableId="2083214781">
    <w:abstractNumId w:val="6"/>
  </w:num>
  <w:num w:numId="3" w16cid:durableId="1444613247">
    <w:abstractNumId w:val="5"/>
  </w:num>
  <w:num w:numId="4" w16cid:durableId="341401433">
    <w:abstractNumId w:val="4"/>
  </w:num>
  <w:num w:numId="5" w16cid:durableId="502861634">
    <w:abstractNumId w:val="7"/>
  </w:num>
  <w:num w:numId="6" w16cid:durableId="562251063">
    <w:abstractNumId w:val="3"/>
  </w:num>
  <w:num w:numId="7" w16cid:durableId="282687071">
    <w:abstractNumId w:val="2"/>
  </w:num>
  <w:num w:numId="8" w16cid:durableId="2145929154">
    <w:abstractNumId w:val="1"/>
  </w:num>
  <w:num w:numId="9" w16cid:durableId="18540309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A5CE6"/>
    <w:rsid w:val="00326F90"/>
    <w:rsid w:val="007473E1"/>
    <w:rsid w:val="008E60E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5A5959"/>
  <w14:defaultImageDpi w14:val="300"/>
  <w15:docId w15:val="{0D994FFE-C5EE-2747-8F44-888F026B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Barbara M Soto Rodriguez</cp:lastModifiedBy>
  <cp:revision>2</cp:revision>
  <dcterms:created xsi:type="dcterms:W3CDTF">2026-08-23T12:39:00Z</dcterms:created>
  <dcterms:modified xsi:type="dcterms:W3CDTF">2026-08-23T12:39:00Z</dcterms:modified>
  <cp:category/>
</cp:coreProperties>
</file>